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🔭 האיש שחלם מדינה – בנימין זאב הרצל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הרצל – ממחזאי ועיתונאי למדינאי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שלבי התפתחותו של הרצל מעיתונאי ומחזאי לפעיל ציוני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כיצד אירועים היסטוריים (כמו משפט דרייפוס) עיצבו את חזונו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לעקוב אחר התהליך שבו הפך חלום אישי לתנועה ציבורית מאורגנת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עיתונאי ומחזאי בווינה ובפריז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משפט דרייפוס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יודנשטאט (מדינת היהודים)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באזל שבשוויץ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הארגון הציוני העולמי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הרצל נולד בבודפשט ולא עלה בילדותו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הוא דיווח מפריז על אירועים כמו משפט דרייפוס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הוא היה מחזאי פעיל לפני עיסוקו המדיני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הוא התקיים בבאזל שבשוויץ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הוא פעל להפוך את החלום לתנועה מאורגנת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פריז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דרייפוס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יודנשטאט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באזל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העולמי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המושג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(קצין יהודי-צרפתי שהואשם בבגידה)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(העיר בה התקיים הקונגרס הציוני הראשון)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(הספר שבו הרצל הציג את חזונו למדינה)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(הגוף שהקים הרצל לפעולה מאורגנת)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(תיאור מקצועו של הרצל לפני פעילותו הציונית)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חייו הציוניים של הרצל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הרצל נולד בבודפשט וגדל כעיתונאי ומחזאי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הרצל עבר לפריז וסיקר את משפט דרייפוס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הרצל כתב את הספר יודנשטאט והציג את חזונו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הרצל ארגן את הקונגרס הציוני הראשון בבאזל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הרצל הקים את הארגון הציוני העולמי להמשך הפעולה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הרחבה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תלמידים יציינו שהעיתונאות חשפה את הרצל לאנטישמיות באירופה ולמשפט דרייפוס, מה שהוביל אותו למסקנה שיש צורך בפתרון מדיני לבעיית היהודים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התלמידים יתארו את המעבר מכתיבה אישית (מחזות, יומן) לפרסום ספר, ארגון קונגרס והקמת תנועה עם מוסדות ומנגנוני פעולה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משפט דרייפוס בפריז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באזל, שוויץ, 1897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באמצעות כתיבת הספר יודנשטאט, ארגון קונגרס והקמת ארגון ציוני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בדיון קצר על ההבדל בין חלום אישי לתנועה ציבורית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את הרקע ההיסטורי של משפט דרייפוס כדי להבין את מניעיו של הרצל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לסיים בדיון על החשיבות של ארגון ומנהיגות בהגשמת רעיון חברתי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🔭 האיש שחלם מדינה – בנימין זאב הרצל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הרצל – ממחזאי ועיתונאי למדינאי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הרצל היה בהתחלה עיתונאי וכתב מחזות. בדף הזה נלמד איך הוא הפך להיות מנהיג שהקים תנועה למען מדינה יהודית.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עיתונאי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אדם שכותב כתבות לעיתון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מחזאי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אדם שכותב מחזות לתיאטרון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מדינאי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אדם שעוסק בניהול ענייני מדינה ופוליטיקה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ציונות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תנועה שמטרתה הקמת מדינה יהודית בארץ ישראל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יודנשטאט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הספר של הרצל שבו הציג את חזון המדינה היהודית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קונגרס ציוני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כנס נציגים של התנועה הציונית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 דרייפוס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משפט פומבי בצרפת נגד קצין יהודי שהואשם בבגידה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ארגון ציוני עולמי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הגוף שהקים הרצל לניהול הפעילות הציונית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במה עסק הרצל לפני שהחל לפעול למען מדינה יהודית?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עיתונאי ומחזאי בווינה ובפריז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רב בבית כנסת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חקלאי בארץ ישראל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קצין בצבא האוסטרי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קרה בפריז ששינה את דעתו של הרצל?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משפט דרייפוס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מלחמת העולם הראשונה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מרד בר כוכבא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מהפכת 1848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שם הספר של הרצל?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אלטנוילנד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השילוח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יודנשטאט (מדינת היהודים)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ארץ ישראל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באיזו עיר נערך הכנס הציוני הראשון?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ירושלים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באזל שבשוויץ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וינה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לונדון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איך נקרא הגוף שהרצל הקים?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ההסתדרות הציונית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הארגון הציוני העולמי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הסוכנות היהודית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הכנסת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נולד בארץ ישראל ועלה אליה בילדותו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עבד ככתב של עיתון וינאי בפריז וסיקר אירועים פוליטיים חשובים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כתב גם מחזות לפני שהתמקד בפעילות הציונית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הקונגרס הציוני הראשון התקיים בירושלים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האמין שרעיון המדינה היהודית צריך להישאר חלום פרטי ולא תנועה ציבורית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הרצל עבד כעיתונאי בעיתון וינאי ששלח אותו לדווח מ__________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המשפט הפומבי שהרצל סיקר בפריז וזעזע אותו נקרא משפט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הספר שבו הרצל הציג את חזונו למדינה יהודית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הקונגרס הציוני הראשון התקיים בעיר __________ שבשוויץ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הארגון שהרצל הקים לפעולה ציונית מאורגנת נקרא הארגון הציוני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המושג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דרייפוס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תיאור מקצועו של הרצל לפני פעילותו הציונית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באזל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קצין יהודי-צרפתי שהואשם בבגידה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יודנשטאט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הגוף שהקים הרצל לפעולה מאורגנת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הארגון הציוני העולמי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העיר בה התקיים הקונגרס הציוני הראשון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עיתונאי ומחזאי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הספר שבו הרצל הציג את חזונו למדינה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חייו הציוניים של הרצל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הקים את הארגון הציוני העולמי להמשך הפעולה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כתב את הספר יודנשטאט והציג את חזונו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נולד בבודפשט וגדל כעיתונאי ומחזאי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עבר לפריז וסיקר את משפט דרייפוס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ארגן את הקונגרס הציוני הראשון בבאזל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הרחבה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בקצרה כיצד הניסיון העיתונאי של הרצל השפיע על גיבוש רעיונו הציוני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קטע קצר המתאר כיצד הרצל עבר מחלום אישי לפעולה ציבורית מאורגנת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האירוע שהניע את הרצל לפעול למען רעיון מדינה יהודית?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היכן ומתי התכנס הקונגרס הציוני הראשון?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כיצד הפך הרצל את חזונו האישי לתנועה מאורגנת?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הרצל – ממחזאי ועיתונאי למדינאי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