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– ממחזאי ועיתונאי למדינאי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התפתחותו של הרצל מעיתונאי ומחזאי לפעיל ציוני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אירועים היסטוריים (כמו משפט דרייפוס) עיצבו את חזונו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לעקוב אחר התהליך שבו הפך חלום אישי לתנועה ציבורית מאורגנת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עיתונאי ומחזאי בווינה ובפריז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יודנשטאט (מדינת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באזל שבשוויץ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הארגון הציוני העולמי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נולד בבודפשט ולא עלה בילדותו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דיווח מפריז על אירועים כמו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היה מחזאי פעיל לפני עיסוקו המדיני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התקיים בבאזל שבשוויץ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פעל להפוך את החלום לתנועה מאורגנת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יודנשטאט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העולמי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(קצין יהודי-צרפתי שהואשם בבגידה)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(העיר בה התקיים 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(הספר שבו הרצל הציג את חזונו למדינה)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(הגוף שהקים הרצל לפעולה מאורגנת)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(תיאור מקצועו של הרצל לפני פעילותו הציונית)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חייו הציוניים של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 וגדל כעיתונאי ומחזאי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עבר לפריז וסיקר את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כתב את הספר יודנשטאט והציג את חזונו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ארגן את הקונגרס הציוני הראשון בבאזל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הרצל הקים את הארגון הציוני העולמי להמשך הפעולה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הרחבה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יציינו שהעיתונאות חשפה את הרצל לאנטישמיות באירופה ולמשפט דרייפוס, מה שהוביל אותו למסקנה שיש צורך בפתרון מדיני לבעיית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התלמידים יתארו את המעבר מכתיבה אישית (מחזות, יומן) לפרסום ספר, ארגון קונגרס והקמת תנועה עם מוסדות ומנגנוני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דרייפוס בפריז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באזל, שוויץ, 1897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באמצעות כתיבת הספר יודנשטאט, ארגון קונגרס והקמת ארגון ציוני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ההבדל בין חלום אישי לתנועה ציבורית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הרקע ההיסטורי של משפט דרייפוס כדי להבין את מניעיו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בדיון על החשיבות של ארגון ומנהיגות בהגשמת רעיון חברתי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– ממחזאי ועיתונאי למדינאי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בנימין זאב הרצל לא התחיל את דרכו כמנהיג מדיני, אלא כעיתונאי ומחזאי בווינה ובפריז. בדף זה נבחן כיצד חוויות אישיות ואירועים היסטוריים הובילו אותו להקים תנועה ציונית מאורגנת.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מקצועו העיקרי של הרצל לפני שהתמקד בציונות?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עיתונאי ומחזאי בווינה ובפריז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רב בבית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חקלאי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קצין בצבא האוסטרי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אירוע בפריז השפיע עמוקות על הרצל והניע אותו לפעול למען רעיון מדינה יהודית?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מלחמת העולם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מרד בר כוכבא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מהפכת 1848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נקרא הספר שבו הרצל הציג את חזונו למדינה יהודית?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השילוח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יודנשטאט (מדינת היהודים)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היכן התכנס הקונגרס הציוני הראשון בשנת 1897?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באזל שבשוויץ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שמו של הארגון שהרצל הקים כדי לפעול באופן מאורגן למען הרעיון הציוני?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ההסתדרות הציונית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הארגון הציוני העולמי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הסוכנות היהודית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בארץ ישראל ועלה אליה בילדותו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עבד ככתב של עיתון וינאי בפריז וסיקר אירועים פוליטיים חשובים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גם מחזות לפני שהתמקד בפעילות הציונית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האמין שרעיון המדינה היהודית צריך להישאר חלום פרטי ולא תנועה ציבורית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עבד כעיתונאי בעיתון וינאי ששלח אותו לדווח מ__________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המשפט הפומבי שהרצל סיקר בפריז וזעזע אותו נקרא 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שבו הרצל הציג את חזונו למדינה יהודית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הקונגרס הציוני הראשון התקיים בעיר __________ שבשוויץ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הארגון שהרצל הקים לפעולה ציונית מאורגנת נקרא הארגון הציוני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דרייפוס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הספר שבו הרצל הציג את חזונו למדינה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תיאור מקצועו של הרצל לפני פעילותו הציונית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יודנשטאט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הגוף שהקים הרצל לפעולה מאורגנת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הארגון הציוני העולמי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קצין יהודי-צרפתי שהואשם בבגידה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עיתונאי ומחזאי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העיר בה התקיים הקונגרס הציוני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חייו הציוניים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הקים את הארגון הציוני העולמי להמשך הפעולה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ארגן את הקונגרס הציוני הראשון בבאזל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עבר לפריז וסיקר את משפט דרייפוס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הספר יודנשטאט והציג את חזונו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בבודפשט וגדל כעיתונאי ומחזאי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הרחבה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בקצרה כיצד הניסיון העיתונאי של הרצל השפיע על גיבוש רעיונו הציוני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קטע קצר המתאר כיצד הרצל עבר מחלום אישי לפעולה ציבורית מאורגנת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האירוע שהניע את הרצל לפעול למען רעיון מדינה יהודית?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היכן ומתי התכנס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הפך הרצל את חזונו האישי לתנועה מאורגנת?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הרצל – ממחזאי ועיתונאי למדינאי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